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⚽ הַכַּדּוּר שֶׁל רוֹן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דַּף עֲבוֹדָה · חנ״מ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1"/>
          <w:rtl w:val="1"/>
          <w:szCs w:val="21"/>
        </w:rPr>
        <w:t>שם: ____________   כיתה: ________   תאריך: 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1. הַסִּפּוּר בִּתְמוּנוֹת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701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⚽🧒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לְרוֹן יֵשׁ כַּדּוּר חָדָשׁ.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😠🧑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דָּנִי רוֹצֶה גַּם. דָּנִי כּוֹעֵס.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דָּנִי נוֹשֵׁם 3 פְּעָמִים.</w:t>
            </w:r>
          </w:p>
        </w:tc>
      </w:tr>
      <w:tr>
        <w:trPr>
          <w:trHeight w:val="1701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🗣️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דָּנִי שׁוֹאֵל: "אֶפְשָׁר לְשַׂחֵק אִתְּךָ?"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🤝⚽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רוֹן אוֹמֵר: "כֵּן!"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😊😊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6. שְׁנֵיהֶם שְׂמֵחִים.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2. אֵיךְ אֲנִי מַרְגִּישׁ/ה? הַקִּיפוּ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814"/>
        </w:trPr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😊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שָׂמֵחַ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😢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עָצוּב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😠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כּוֹעֵס</w:t>
            </w:r>
          </w:p>
        </w:tc>
      </w:tr>
      <w:tr>
        <w:trPr>
          <w:trHeight w:val="1814"/>
        </w:trPr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😟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מְפַחֵד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3. מָה עוֹזֵר לִי? הַקִּיפוּ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814"/>
        </w:trPr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🫁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לִנְשֹׁם 3 פְּעָמִים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💧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לִשְׁתּוֹת מַיִם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לְדַבֵּר עִם מוֹרֶה</w:t>
            </w:r>
          </w:p>
        </w:tc>
      </w:tr>
      <w:tr>
        <w:trPr>
          <w:trHeight w:val="1814"/>
        </w:trPr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🧸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לִלְחֹץ כַּדּוּר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לְהַגִּיד "כָּל הַכָּבוֹד"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sz w:val="44"/>
              </w:rPr>
            </w: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🌱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44"/>
                <w:rtl w:val="1"/>
                <w:szCs w:val="21"/>
              </w:rPr>
              <w:t>לַחְשֹׁב עַל מַה יֵּשׁ לִי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4. טוֹב 👍 אוֹ לֹא טוֹב 👎? הַקִּיפוּ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👏 לְהַגִּיד "כָּל הַכָּבוֹד"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👍   👎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😡 לִצְעֹק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👍   👎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 לְשַׂחֵק יַחַד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👍   👎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✋ לִקַּחַת בְּכֹחַ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👍   👎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🫁 לִנְשֹׁם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👍   👎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