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Pr>
      <w:tblGrid>
        <w:gridCol w:w="5103"/>
        <w:gridCol w:w="5103"/>
      </w:tblGrid>
      <w:tr>
        <w:tc>
          <w:tcPr>
            <w:tcW w:type="dxa" w:w="8504"/>
            <w:shd w:val="clear" w:fill="276749"/>
          </w:tcPr>
          <w:p>
            <w:pPr>
              <w:bidi w:val="1"/>
              <w:jc w:val="right"/>
            </w:pPr>
            <w:r>
              <w:rPr>
                <w:color w:val="FFFFFF"/>
              </w:rPr>
            </w:r>
            <w:r>
              <w:rPr>
                <w:rFonts w:ascii="Arial" w:hAnsi="Arial" w:cs="Arial"/>
                <w:b/>
                <w:color w:val="FFFFFF"/>
                <w:sz w:val="40"/>
                <w:rtl w:val="1"/>
                <w:szCs w:val="40"/>
                <w:bCs/>
              </w:rPr>
              <w:t>🎒 שְׁנֵי חֲבֵרִים, שְׁתֵּי שָׂפוֹת</w:t>
            </w:r>
          </w:p>
          <w:p>
            <w:pPr>
              <w:bidi w:val="1"/>
              <w:jc w:val="right"/>
            </w:pPr>
            <w:r>
              <w:rPr>
                <w:rFonts w:ascii="Arial" w:hAnsi="Arial" w:cs="Arial"/>
                <w:b w:val="0"/>
                <w:color w:val="FFFFFF"/>
                <w:sz w:val="20"/>
                <w:rtl w:val="1"/>
                <w:szCs w:val="20"/>
              </w:rPr>
              <w:t>דַּף עֲבוֹדָה · עוֹלִים · קִנְאָה</w:t>
            </w:r>
          </w:p>
        </w:tc>
        <w:tc>
          <w:tcPr>
            <w:tcW w:type="dxa" w:w="1701"/>
          </w:tcPr>
          <w:p>
            <w:pPr>
              <w:jc w:val="left"/>
            </w:pPr>
            <w:r>
              <w:drawing>
                <wp:inline xmlns:a="http://schemas.openxmlformats.org/drawingml/2006/main" xmlns:pic="http://schemas.openxmlformats.org/drawingml/2006/picture">
                  <wp:extent cx="576000" cy="576000"/>
                  <wp:docPr id="1" name="Picture 1"/>
                  <wp:cNvGraphicFramePr>
                    <a:graphicFrameLocks noChangeAspect="1"/>
                  </wp:cNvGraphicFramePr>
                  <a:graphic>
                    <a:graphicData uri="http://schemas.openxmlformats.org/drawingml/2006/picture">
                      <pic:pic>
                        <pic:nvPicPr>
                          <pic:cNvPr id="0" name="logo.jpg"/>
                          <pic:cNvPicPr/>
                        </pic:nvPicPr>
                        <pic:blipFill>
                          <a:blip r:embed="rId10"/>
                          <a:stretch>
                            <a:fillRect/>
                          </a:stretch>
                        </pic:blipFill>
                        <pic:spPr>
                          <a:xfrm>
                            <a:off x="0" y="0"/>
                            <a:ext cx="576000" cy="576000"/>
                          </a:xfrm>
                          <a:prstGeom prst="rect"/>
                        </pic:spPr>
                      </pic:pic>
                    </a:graphicData>
                  </a:graphic>
                </wp:inline>
              </w:drawing>
            </w:r>
          </w:p>
        </w:tc>
      </w:tr>
    </w:tbl>
    <w:p/>
    <w:p>
      <w:pPr>
        <w:bidi w:val="1"/>
        <w:spacing w:after="80"/>
        <w:jc w:val="right"/>
      </w:pPr>
      <w:r>
        <w:rPr>
          <w:rFonts w:ascii="Arial" w:hAnsi="Arial" w:cs="Arial"/>
          <w:b w:val="0"/>
          <w:color w:val="444444"/>
          <w:sz w:val="21"/>
          <w:rtl w:val="1"/>
          <w:szCs w:val="21"/>
        </w:rPr>
        <w:t>שם: ____________   כיתה: ________   תאריך: ________</w:t>
      </w:r>
    </w:p>
    <w:p>
      <w:pPr>
        <w:bidi w:val="1"/>
        <w:spacing w:after="40"/>
        <w:jc w:val="right"/>
      </w:pPr>
      <w:r>
        <w:rPr>
          <w:rFonts w:ascii="Arial" w:hAnsi="Arial" w:cs="Arial"/>
          <w:b/>
          <w:color w:val="276749"/>
          <w:sz w:val="26"/>
          <w:rtl w:val="1"/>
          <w:szCs w:val="26"/>
          <w:bCs/>
        </w:rPr>
        <w:t>📖 מִלּוֹן</w:t>
      </w:r>
    </w:p>
    <w:tbl>
      <w:tblPr>
        <w:tblStyle w:val="TableGrid"/>
        <w:tblW w:type="auto" w:w="0"/>
        <w:tblLook w:firstColumn="1" w:firstRow="1" w:lastColumn="0" w:lastRow="0" w:noHBand="0" w:noVBand="1" w:val="04A0"/>
        <w:bidiVisual/>
      </w:tblPr>
      <w:tblGrid>
        <w:gridCol w:w="5103"/>
        <w:gridCol w:w="5103"/>
      </w:tblGrid>
      <w:tr>
        <w:tc>
          <w:tcPr>
            <w:tcW w:type="dxa" w:w="5103"/>
            <w:shd w:val="clear" w:fill="E6F4EA"/>
          </w:tcPr>
          <w:p>
            <w:pPr>
              <w:bidi w:val="1"/>
              <w:jc w:val="right"/>
            </w:pPr>
            <w:r/>
            <w:r>
              <w:rPr>
                <w:rFonts w:ascii="Arial" w:hAnsi="Arial" w:cs="Arial"/>
                <w:b/>
                <w:sz w:val="21"/>
                <w:rtl w:val="1"/>
                <w:szCs w:val="21"/>
                <w:bCs/>
              </w:rPr>
              <w:t>מִלָּה</w:t>
            </w:r>
          </w:p>
        </w:tc>
        <w:tc>
          <w:tcPr>
            <w:tcW w:type="dxa" w:w="5103"/>
            <w:shd w:val="clear" w:fill="E6F4EA"/>
          </w:tcPr>
          <w:p>
            <w:pPr>
              <w:bidi w:val="1"/>
              <w:jc w:val="right"/>
            </w:pPr>
            <w:r/>
            <w:r>
              <w:rPr>
                <w:rFonts w:ascii="Arial" w:hAnsi="Arial" w:cs="Arial"/>
                <w:b/>
                <w:sz w:val="21"/>
                <w:rtl w:val="1"/>
                <w:szCs w:val="21"/>
                <w:bCs/>
              </w:rPr>
              <w:t>English</w:t>
            </w:r>
          </w:p>
        </w:tc>
      </w:tr>
      <w:tr>
        <w:trPr>
          <w:trHeight w:val="510"/>
        </w:trPr>
        <w:tc>
          <w:tcPr>
            <w:tcW w:type="dxa" w:w="5103"/>
          </w:tcPr>
          <w:p>
            <w:pPr>
              <w:bidi w:val="1"/>
              <w:jc w:val="right"/>
            </w:pPr>
            <w:r/>
            <w:r>
              <w:rPr>
                <w:rFonts w:ascii="Arial" w:hAnsi="Arial" w:cs="Arial"/>
                <w:b w:val="0"/>
                <w:sz w:val="21"/>
                <w:rtl w:val="1"/>
                <w:szCs w:val="21"/>
              </w:rPr>
              <w:t>קִנְאָה</w:t>
            </w:r>
          </w:p>
        </w:tc>
        <w:tc>
          <w:tcPr>
            <w:tcW w:type="dxa" w:w="5103"/>
          </w:tcPr>
          <w:p>
            <w:pPr>
              <w:bidi w:val="1"/>
              <w:jc w:val="right"/>
            </w:pPr>
            <w:r/>
            <w:r>
              <w:rPr>
                <w:rFonts w:ascii="Arial" w:hAnsi="Arial" w:cs="Arial"/>
                <w:b w:val="0"/>
                <w:sz w:val="21"/>
                <w:rtl w:val="1"/>
                <w:szCs w:val="21"/>
              </w:rPr>
              <w:t>jealousy / envy</w:t>
            </w:r>
          </w:p>
        </w:tc>
      </w:tr>
      <w:tr>
        <w:trPr>
          <w:trHeight w:val="510"/>
        </w:trPr>
        <w:tc>
          <w:tcPr>
            <w:tcW w:type="dxa" w:w="5103"/>
          </w:tcPr>
          <w:p>
            <w:pPr>
              <w:bidi w:val="1"/>
              <w:jc w:val="right"/>
            </w:pPr>
            <w:r/>
            <w:r>
              <w:rPr>
                <w:rFonts w:ascii="Arial" w:hAnsi="Arial" w:cs="Arial"/>
                <w:b w:val="0"/>
                <w:sz w:val="21"/>
                <w:rtl w:val="1"/>
                <w:szCs w:val="21"/>
              </w:rPr>
              <w:t>לְקַנֵּא</w:t>
            </w:r>
          </w:p>
        </w:tc>
        <w:tc>
          <w:tcPr>
            <w:tcW w:type="dxa" w:w="5103"/>
          </w:tcPr>
          <w:p>
            <w:pPr>
              <w:bidi w:val="1"/>
              <w:jc w:val="right"/>
            </w:pPr>
            <w:r/>
            <w:r>
              <w:rPr>
                <w:rFonts w:ascii="Arial" w:hAnsi="Arial" w:cs="Arial"/>
                <w:b w:val="0"/>
                <w:sz w:val="21"/>
                <w:rtl w:val="1"/>
                <w:szCs w:val="21"/>
              </w:rPr>
              <w:t>to be jealous</w:t>
            </w:r>
          </w:p>
        </w:tc>
      </w:tr>
      <w:tr>
        <w:trPr>
          <w:trHeight w:val="510"/>
        </w:trPr>
        <w:tc>
          <w:tcPr>
            <w:tcW w:type="dxa" w:w="5103"/>
          </w:tcPr>
          <w:p>
            <w:pPr>
              <w:bidi w:val="1"/>
              <w:jc w:val="right"/>
            </w:pPr>
            <w:r/>
            <w:r>
              <w:rPr>
                <w:rFonts w:ascii="Arial" w:hAnsi="Arial" w:cs="Arial"/>
                <w:b w:val="0"/>
                <w:sz w:val="21"/>
                <w:rtl w:val="1"/>
                <w:szCs w:val="21"/>
              </w:rPr>
              <w:t>לְפַרְגֵּן</w:t>
            </w:r>
          </w:p>
        </w:tc>
        <w:tc>
          <w:tcPr>
            <w:tcW w:type="dxa" w:w="5103"/>
          </w:tcPr>
          <w:p>
            <w:pPr>
              <w:bidi w:val="1"/>
              <w:jc w:val="right"/>
            </w:pPr>
            <w:r/>
            <w:r>
              <w:rPr>
                <w:rFonts w:ascii="Arial" w:hAnsi="Arial" w:cs="Arial"/>
                <w:b w:val="0"/>
                <w:sz w:val="21"/>
                <w:rtl w:val="1"/>
                <w:szCs w:val="21"/>
              </w:rPr>
              <w:t>to be happy for someone</w:t>
            </w:r>
          </w:p>
        </w:tc>
      </w:tr>
      <w:tr>
        <w:trPr>
          <w:trHeight w:val="510"/>
        </w:trPr>
        <w:tc>
          <w:tcPr>
            <w:tcW w:type="dxa" w:w="5103"/>
          </w:tcPr>
          <w:p>
            <w:pPr>
              <w:bidi w:val="1"/>
              <w:jc w:val="right"/>
            </w:pPr>
            <w:r/>
            <w:r>
              <w:rPr>
                <w:rFonts w:ascii="Arial" w:hAnsi="Arial" w:cs="Arial"/>
                <w:b w:val="0"/>
                <w:sz w:val="21"/>
                <w:rtl w:val="1"/>
                <w:szCs w:val="21"/>
              </w:rPr>
              <w:t>עֲרוּגָה</w:t>
            </w:r>
          </w:p>
        </w:tc>
        <w:tc>
          <w:tcPr>
            <w:tcW w:type="dxa" w:w="5103"/>
          </w:tcPr>
          <w:p>
            <w:pPr>
              <w:bidi w:val="1"/>
              <w:jc w:val="right"/>
            </w:pPr>
            <w:r/>
            <w:r>
              <w:rPr>
                <w:rFonts w:ascii="Arial" w:hAnsi="Arial" w:cs="Arial"/>
                <w:b w:val="0"/>
                <w:sz w:val="21"/>
                <w:rtl w:val="1"/>
                <w:szCs w:val="21"/>
              </w:rPr>
              <w:t>garden bed</w:t>
            </w:r>
          </w:p>
        </w:tc>
      </w:tr>
      <w:tr>
        <w:trPr>
          <w:trHeight w:val="510"/>
        </w:trPr>
        <w:tc>
          <w:tcPr>
            <w:tcW w:type="dxa" w:w="5103"/>
          </w:tcPr>
          <w:p>
            <w:pPr>
              <w:bidi w:val="1"/>
              <w:jc w:val="right"/>
            </w:pPr>
            <w:r/>
            <w:r>
              <w:rPr>
                <w:rFonts w:ascii="Arial" w:hAnsi="Arial" w:cs="Arial"/>
                <w:b w:val="0"/>
                <w:sz w:val="21"/>
                <w:rtl w:val="1"/>
                <w:szCs w:val="21"/>
              </w:rPr>
              <w:t>לְהַשְׁקוֹת</w:t>
            </w:r>
          </w:p>
        </w:tc>
        <w:tc>
          <w:tcPr>
            <w:tcW w:type="dxa" w:w="5103"/>
          </w:tcPr>
          <w:p>
            <w:pPr>
              <w:bidi w:val="1"/>
              <w:jc w:val="right"/>
            </w:pPr>
            <w:r/>
            <w:r>
              <w:rPr>
                <w:rFonts w:ascii="Arial" w:hAnsi="Arial" w:cs="Arial"/>
                <w:b w:val="0"/>
                <w:sz w:val="21"/>
                <w:rtl w:val="1"/>
                <w:szCs w:val="21"/>
              </w:rPr>
              <w:t>to water</w:t>
            </w:r>
          </w:p>
        </w:tc>
      </w:tr>
      <w:tr>
        <w:trPr>
          <w:trHeight w:val="510"/>
        </w:trPr>
        <w:tc>
          <w:tcPr>
            <w:tcW w:type="dxa" w:w="5103"/>
          </w:tcPr>
          <w:p>
            <w:pPr>
              <w:bidi w:val="1"/>
              <w:jc w:val="right"/>
            </w:pPr>
            <w:r/>
            <w:r>
              <w:rPr>
                <w:rFonts w:ascii="Arial" w:hAnsi="Arial" w:cs="Arial"/>
                <w:b w:val="0"/>
                <w:sz w:val="21"/>
                <w:rtl w:val="1"/>
                <w:szCs w:val="21"/>
              </w:rPr>
              <w:t>רֶגֶשׁ</w:t>
            </w:r>
          </w:p>
        </w:tc>
        <w:tc>
          <w:tcPr>
            <w:tcW w:type="dxa" w:w="5103"/>
          </w:tcPr>
          <w:p>
            <w:pPr>
              <w:bidi w:val="1"/>
              <w:jc w:val="right"/>
            </w:pPr>
            <w:r/>
            <w:r>
              <w:rPr>
                <w:rFonts w:ascii="Arial" w:hAnsi="Arial" w:cs="Arial"/>
                <w:b w:val="0"/>
                <w:sz w:val="21"/>
                <w:rtl w:val="1"/>
                <w:szCs w:val="21"/>
              </w:rPr>
              <w:t>feeling</w:t>
            </w:r>
          </w:p>
        </w:tc>
      </w:tr>
      <w:tr>
        <w:trPr>
          <w:trHeight w:val="510"/>
        </w:trPr>
        <w:tc>
          <w:tcPr>
            <w:tcW w:type="dxa" w:w="5103"/>
          </w:tcPr>
          <w:p>
            <w:pPr>
              <w:bidi w:val="1"/>
              <w:jc w:val="right"/>
            </w:pPr>
            <w:r/>
            <w:r>
              <w:rPr>
                <w:rFonts w:ascii="Arial" w:hAnsi="Arial" w:cs="Arial"/>
                <w:b w:val="0"/>
                <w:sz w:val="21"/>
                <w:rtl w:val="1"/>
                <w:szCs w:val="21"/>
              </w:rPr>
              <w:t>גּוּף</w:t>
            </w:r>
          </w:p>
        </w:tc>
        <w:tc>
          <w:tcPr>
            <w:tcW w:type="dxa" w:w="5103"/>
          </w:tcPr>
          <w:p>
            <w:pPr>
              <w:bidi w:val="1"/>
              <w:jc w:val="right"/>
            </w:pPr>
            <w:r/>
            <w:r>
              <w:rPr>
                <w:rFonts w:ascii="Arial" w:hAnsi="Arial" w:cs="Arial"/>
                <w:b w:val="0"/>
                <w:sz w:val="21"/>
                <w:rtl w:val="1"/>
                <w:szCs w:val="21"/>
              </w:rPr>
              <w:t>body</w:t>
            </w:r>
          </w:p>
        </w:tc>
      </w:tr>
      <w:tr>
        <w:trPr>
          <w:trHeight w:val="510"/>
        </w:trPr>
        <w:tc>
          <w:tcPr>
            <w:tcW w:type="dxa" w:w="5103"/>
          </w:tcPr>
          <w:p>
            <w:pPr>
              <w:bidi w:val="1"/>
              <w:jc w:val="right"/>
            </w:pPr>
            <w:r/>
            <w:r>
              <w:rPr>
                <w:rFonts w:ascii="Arial" w:hAnsi="Arial" w:cs="Arial"/>
                <w:b w:val="0"/>
                <w:sz w:val="21"/>
                <w:rtl w:val="1"/>
                <w:szCs w:val="21"/>
              </w:rPr>
              <w:t>לִנְשֹׁם</w:t>
            </w:r>
          </w:p>
        </w:tc>
        <w:tc>
          <w:tcPr>
            <w:tcW w:type="dxa" w:w="5103"/>
          </w:tcPr>
          <w:p>
            <w:pPr>
              <w:bidi w:val="1"/>
              <w:jc w:val="right"/>
            </w:pPr>
            <w:r/>
            <w:r>
              <w:rPr>
                <w:rFonts w:ascii="Arial" w:hAnsi="Arial" w:cs="Arial"/>
                <w:b w:val="0"/>
                <w:sz w:val="21"/>
                <w:rtl w:val="1"/>
                <w:szCs w:val="21"/>
              </w:rPr>
              <w:t>to breathe</w:t>
            </w:r>
          </w:p>
        </w:tc>
      </w:tr>
      <w:tr>
        <w:trPr>
          <w:trHeight w:val="510"/>
        </w:trPr>
        <w:tc>
          <w:tcPr>
            <w:tcW w:type="dxa" w:w="5103"/>
          </w:tcPr>
          <w:p>
            <w:pPr>
              <w:bidi w:val="1"/>
              <w:jc w:val="right"/>
            </w:pPr>
            <w:r/>
            <w:r>
              <w:rPr>
                <w:rFonts w:ascii="Arial" w:hAnsi="Arial" w:cs="Arial"/>
                <w:b w:val="0"/>
                <w:sz w:val="21"/>
                <w:rtl w:val="1"/>
                <w:szCs w:val="21"/>
              </w:rPr>
              <w:t>חֹזֶק</w:t>
            </w:r>
          </w:p>
        </w:tc>
        <w:tc>
          <w:tcPr>
            <w:tcW w:type="dxa" w:w="5103"/>
          </w:tcPr>
          <w:p>
            <w:pPr>
              <w:bidi w:val="1"/>
              <w:jc w:val="right"/>
            </w:pPr>
            <w:r/>
            <w:r>
              <w:rPr>
                <w:rFonts w:ascii="Arial" w:hAnsi="Arial" w:cs="Arial"/>
                <w:b w:val="0"/>
                <w:sz w:val="21"/>
                <w:rtl w:val="1"/>
                <w:szCs w:val="21"/>
              </w:rPr>
              <w:t>strength</w:t>
            </w:r>
          </w:p>
        </w:tc>
      </w:tr>
      <w:tr>
        <w:trPr>
          <w:trHeight w:val="510"/>
        </w:trPr>
        <w:tc>
          <w:tcPr>
            <w:tcW w:type="dxa" w:w="5103"/>
          </w:tcPr>
          <w:p>
            <w:pPr>
              <w:bidi w:val="1"/>
              <w:jc w:val="right"/>
            </w:pPr>
            <w:r/>
            <w:r>
              <w:rPr>
                <w:rFonts w:ascii="Arial" w:hAnsi="Arial" w:cs="Arial"/>
                <w:b w:val="0"/>
                <w:sz w:val="21"/>
                <w:rtl w:val="1"/>
                <w:szCs w:val="21"/>
              </w:rPr>
              <w:t>תּוֹדָה</w:t>
            </w:r>
          </w:p>
        </w:tc>
        <w:tc>
          <w:tcPr>
            <w:tcW w:type="dxa" w:w="5103"/>
          </w:tcPr>
          <w:p>
            <w:pPr>
              <w:bidi w:val="1"/>
              <w:jc w:val="right"/>
            </w:pPr>
            <w:r/>
            <w:r>
              <w:rPr>
                <w:rFonts w:ascii="Arial" w:hAnsi="Arial" w:cs="Arial"/>
                <w:b w:val="0"/>
                <w:sz w:val="21"/>
                <w:rtl w:val="1"/>
                <w:szCs w:val="21"/>
              </w:rPr>
              <w:t>thank you</w:t>
            </w:r>
          </w:p>
        </w:tc>
      </w:tr>
      <w:tr>
        <w:trPr>
          <w:trHeight w:val="510"/>
        </w:trPr>
        <w:tc>
          <w:tcPr>
            <w:tcW w:type="dxa" w:w="5103"/>
          </w:tcPr>
          <w:p>
            <w:pPr>
              <w:bidi w:val="1"/>
              <w:jc w:val="right"/>
            </w:pPr>
            <w:r/>
            <w:r>
              <w:rPr>
                <w:rFonts w:ascii="Arial" w:hAnsi="Arial" w:cs="Arial"/>
                <w:b w:val="0"/>
                <w:sz w:val="21"/>
                <w:rtl w:val="1"/>
                <w:szCs w:val="21"/>
              </w:rPr>
              <w:t>חָבֵר / חֲבֵרָה</w:t>
            </w:r>
          </w:p>
        </w:tc>
        <w:tc>
          <w:tcPr>
            <w:tcW w:type="dxa" w:w="5103"/>
          </w:tcPr>
          <w:p>
            <w:pPr>
              <w:bidi w:val="1"/>
              <w:jc w:val="right"/>
            </w:pPr>
            <w:r/>
            <w:r>
              <w:rPr>
                <w:rFonts w:ascii="Arial" w:hAnsi="Arial" w:cs="Arial"/>
                <w:b w:val="0"/>
                <w:sz w:val="21"/>
                <w:rtl w:val="1"/>
                <w:szCs w:val="21"/>
              </w:rPr>
              <w:t>friend</w:t>
            </w:r>
          </w:p>
        </w:tc>
      </w:tr>
      <w:tr>
        <w:trPr>
          <w:trHeight w:val="510"/>
        </w:trPr>
        <w:tc>
          <w:tcPr>
            <w:tcW w:type="dxa" w:w="5103"/>
          </w:tcPr>
          <w:p>
            <w:pPr>
              <w:bidi w:val="1"/>
              <w:jc w:val="right"/>
            </w:pPr>
            <w:r/>
            <w:r>
              <w:rPr>
                <w:rFonts w:ascii="Arial" w:hAnsi="Arial" w:cs="Arial"/>
                <w:b w:val="0"/>
                <w:sz w:val="21"/>
                <w:rtl w:val="1"/>
                <w:szCs w:val="21"/>
              </w:rPr>
              <w:t>לְהַצְלִיחַ</w:t>
            </w:r>
          </w:p>
        </w:tc>
        <w:tc>
          <w:tcPr>
            <w:tcW w:type="dxa" w:w="5103"/>
          </w:tcPr>
          <w:p>
            <w:pPr>
              <w:bidi w:val="1"/>
              <w:jc w:val="right"/>
            </w:pPr>
            <w:r/>
            <w:r>
              <w:rPr>
                <w:rFonts w:ascii="Arial" w:hAnsi="Arial" w:cs="Arial"/>
                <w:b w:val="0"/>
                <w:sz w:val="21"/>
                <w:rtl w:val="1"/>
                <w:szCs w:val="21"/>
              </w:rPr>
              <w:t>to succeed</w:t>
            </w:r>
          </w:p>
        </w:tc>
      </w:tr>
    </w:tbl>
    <w:p/>
    <w:p>
      <w:pPr>
        <w:bidi w:val="1"/>
        <w:spacing w:after="40"/>
        <w:jc w:val="right"/>
      </w:pPr>
      <w:r>
        <w:rPr>
          <w:rFonts w:ascii="Arial" w:hAnsi="Arial" w:cs="Arial"/>
          <w:b/>
          <w:color w:val="276749"/>
          <w:sz w:val="26"/>
          <w:rtl w:val="1"/>
          <w:szCs w:val="26"/>
          <w:bCs/>
        </w:rPr>
        <w:t>1. קִרְאוּ אֶת הַסִּפּוּר</w:t>
      </w:r>
    </w:p>
    <w:p>
      <w:pPr>
        <w:bidi w:val="1"/>
        <w:spacing w:after="80"/>
        <w:jc w:val="right"/>
      </w:pPr>
      <w:r>
        <w:rPr>
          <w:rFonts w:ascii="Arial" w:hAnsi="Arial" w:cs="Arial"/>
          <w:b w:val="0"/>
          <w:sz w:val="22"/>
          <w:rtl w:val="1"/>
          <w:szCs w:val="22"/>
        </w:rPr>
        <w:t>אַרְטְיוֹם הִגִּיעַ לָאָרֶץ לִפְנֵי חֲצִי שָׁנָה. בַּכִּתָּה יוֹשֵׁב לְיָדוֹ אָבִיב. אָבִיב מְדַבֵּר עִבְרִית מַהֵר. הוּא מְסַפֵּר בְּדִיחוֹת, וְכֻלָּם צוֹחֲקִים. אַרְטְיוֹם לֹא מֵבִין אֶת כָּל הַמִּלִּים. אַרְטְיוֹם מַרְגִּישׁ קִנְאָה. "לָמָּה לוֹ קַל וְלִי קָשֶׁה?" הוּא חוֹשֵׁב. יוֹם אֶחָד יֵשׁ שִׁעוּר אַנְגְּלִית. אַרְטְיוֹם יוֹדֵעַ אַנְגְּלִית טוֹב. הוּא עוֹזֵר לְאָבִיב. אָבִיב אוֹמֵר: "וָאוּ! אַתָּה יוֹדֵעַ שָׁלֹשׁ שָׂפוֹת? אֲנִי מְקַנֵּא בְּךָ!" אַרְטְיוֹם צוֹחֵק. "וַאֲנִי מְקַנֵּא בַּבְּדִיחוֹת שֶׁלְּךָ." מֵאָז הֵם עוֹזְרִים זֶה לָזֶה: אָבִיב בְּעִבְרִית, וְאַרְטְיוֹם בְּאַנְגְּלִית.</w:t>
      </w:r>
    </w:p>
    <w:p>
      <w:pPr>
        <w:bidi w:val="1"/>
        <w:spacing w:after="40"/>
        <w:jc w:val="right"/>
      </w:pPr>
      <w:r>
        <w:rPr>
          <w:rFonts w:ascii="Arial" w:hAnsi="Arial" w:cs="Arial"/>
          <w:b/>
          <w:color w:val="276749"/>
          <w:sz w:val="26"/>
          <w:rtl w:val="1"/>
          <w:szCs w:val="26"/>
          <w:bCs/>
        </w:rPr>
        <w:t>2. הַקִּיפוּ אֶת הַתְּשׁוּבָה הַנְּכוֹנָה</w:t>
      </w:r>
    </w:p>
    <w:p>
      <w:pPr>
        <w:bidi w:val="1"/>
        <w:spacing w:after="80"/>
        <w:jc w:val="right"/>
      </w:pPr>
      <w:r>
        <w:rPr>
          <w:rFonts w:ascii="Arial" w:hAnsi="Arial" w:cs="Arial"/>
          <w:b w:val="0"/>
          <w:sz w:val="22"/>
          <w:rtl w:val="1"/>
          <w:szCs w:val="22"/>
        </w:rPr>
        <w:t>1. מָה מַרְגִּישׁ אַרְטְיוֹם בַּהַתְחָלָה?   ( קִנְאָה / שִׂמְחָה / רָעָב )</w:t>
      </w:r>
    </w:p>
    <w:p>
      <w:pPr>
        <w:bidi w:val="1"/>
        <w:spacing w:after="80"/>
        <w:jc w:val="right"/>
      </w:pPr>
      <w:r>
        <w:rPr>
          <w:rFonts w:ascii="Arial" w:hAnsi="Arial" w:cs="Arial"/>
          <w:b w:val="0"/>
          <w:sz w:val="22"/>
          <w:rtl w:val="1"/>
          <w:szCs w:val="22"/>
        </w:rPr>
        <w:t>2. מָה אַרְטְיוֹם יוֹדֵעַ טוֹב?   ( לְסַפֵּר בְּדִיחוֹת / אַנְגְּלִית / לְבַשֵּׁל )</w:t>
      </w:r>
    </w:p>
    <w:p>
      <w:pPr>
        <w:bidi w:val="1"/>
        <w:spacing w:after="80"/>
        <w:jc w:val="right"/>
      </w:pPr>
      <w:r>
        <w:rPr>
          <w:rFonts w:ascii="Arial" w:hAnsi="Arial" w:cs="Arial"/>
          <w:b w:val="0"/>
          <w:sz w:val="22"/>
          <w:rtl w:val="1"/>
          <w:szCs w:val="22"/>
        </w:rPr>
        <w:t>3. מָה קוֹרֶה בַּסּוֹף?   ( הֵם רָבִים / הֵם עוֹזְרִים זֶה לָזֶה / אַרְטְיוֹם עוֹבֵר כִּתָּה )</w:t>
      </w:r>
    </w:p>
    <w:p>
      <w:pPr>
        <w:bidi w:val="1"/>
        <w:spacing w:after="40"/>
        <w:jc w:val="right"/>
      </w:pPr>
      <w:r>
        <w:rPr>
          <w:rFonts w:ascii="Arial" w:hAnsi="Arial" w:cs="Arial"/>
          <w:b/>
          <w:color w:val="276749"/>
          <w:sz w:val="26"/>
          <w:rtl w:val="1"/>
          <w:szCs w:val="26"/>
          <w:bCs/>
        </w:rPr>
        <w:t>3. חַבְּרוּ: מִצָּב ← מָה עוֹשִׂים</w:t>
      </w:r>
    </w:p>
    <w:tbl>
      <w:tblPr>
        <w:tblStyle w:val="TableGrid"/>
        <w:tblW w:type="auto" w:w="0"/>
        <w:tblLook w:firstColumn="1" w:firstRow="1" w:lastColumn="0" w:lastRow="0" w:noHBand="0" w:noVBand="1" w:val="04A0"/>
        <w:bidiVisual/>
      </w:tblPr>
      <w:tblGrid>
        <w:gridCol w:w="5103"/>
        <w:gridCol w:w="5103"/>
      </w:tblGrid>
      <w:tr>
        <w:tc>
          <w:tcPr>
            <w:tcW w:type="dxa" w:w="5103"/>
            <w:shd w:val="clear" w:fill="E6F4EA"/>
          </w:tcPr>
          <w:p>
            <w:pPr>
              <w:bidi w:val="1"/>
              <w:jc w:val="right"/>
            </w:pPr>
            <w:r/>
            <w:r>
              <w:rPr>
                <w:rFonts w:ascii="Arial" w:hAnsi="Arial" w:cs="Arial"/>
                <w:b/>
                <w:sz w:val="21"/>
                <w:rtl w:val="1"/>
                <w:szCs w:val="21"/>
                <w:bCs/>
              </w:rPr>
              <w:t>מִצָּב</w:t>
            </w:r>
          </w:p>
        </w:tc>
        <w:tc>
          <w:tcPr>
            <w:tcW w:type="dxa" w:w="5103"/>
            <w:shd w:val="clear" w:fill="E6F4EA"/>
          </w:tcPr>
          <w:p>
            <w:pPr>
              <w:bidi w:val="1"/>
              <w:jc w:val="right"/>
            </w:pPr>
            <w:r/>
            <w:r>
              <w:rPr>
                <w:rFonts w:ascii="Arial" w:hAnsi="Arial" w:cs="Arial"/>
                <w:b/>
                <w:sz w:val="21"/>
                <w:rtl w:val="1"/>
                <w:szCs w:val="21"/>
                <w:bCs/>
              </w:rPr>
              <w:t>מָה עוֹשִׂים?</w:t>
            </w:r>
          </w:p>
        </w:tc>
      </w:tr>
      <w:tr>
        <w:trPr>
          <w:trHeight w:val="510"/>
        </w:trPr>
        <w:tc>
          <w:tcPr>
            <w:tcW w:type="dxa" w:w="5103"/>
          </w:tcPr>
          <w:p>
            <w:pPr>
              <w:bidi w:val="1"/>
              <w:jc w:val="right"/>
            </w:pPr>
            <w:r/>
            <w:r>
              <w:rPr>
                <w:rFonts w:ascii="Arial" w:hAnsi="Arial" w:cs="Arial"/>
                <w:b w:val="0"/>
                <w:sz w:val="21"/>
                <w:rtl w:val="1"/>
                <w:szCs w:val="21"/>
              </w:rPr>
              <w:t>🗣️ יוֹנָתָן מְדַבֵּר עִבְרִית מַהֵר. אַתָּה/אַתְּ עוֹד לוֹמֵד/ת.</w:t>
            </w:r>
          </w:p>
        </w:tc>
        <w:tc>
          <w:tcPr>
            <w:tcW w:type="dxa" w:w="5103"/>
          </w:tcPr>
          <w:p>
            <w:pPr>
              <w:bidi w:val="1"/>
              <w:jc w:val="right"/>
            </w:pPr>
            <w:r/>
            <w:r>
              <w:rPr>
                <w:rFonts w:ascii="Arial" w:hAnsi="Arial" w:cs="Arial"/>
                <w:b w:val="0"/>
                <w:sz w:val="21"/>
                <w:rtl w:val="1"/>
                <w:szCs w:val="21"/>
              </w:rPr>
            </w:r>
          </w:p>
        </w:tc>
      </w:tr>
      <w:tr>
        <w:trPr>
          <w:trHeight w:val="510"/>
        </w:trPr>
        <w:tc>
          <w:tcPr>
            <w:tcW w:type="dxa" w:w="5103"/>
          </w:tcPr>
          <w:p>
            <w:pPr>
              <w:bidi w:val="1"/>
              <w:jc w:val="right"/>
            </w:pPr>
            <w:r/>
            <w:r>
              <w:rPr>
                <w:rFonts w:ascii="Arial" w:hAnsi="Arial" w:cs="Arial"/>
                <w:b w:val="0"/>
                <w:sz w:val="21"/>
                <w:rtl w:val="1"/>
                <w:szCs w:val="21"/>
              </w:rPr>
              <w:t>🎒 לְדָנָה יֵשׁ תִּיק חָדָשׁ וְיָפֶה.</w:t>
            </w:r>
          </w:p>
        </w:tc>
        <w:tc>
          <w:tcPr>
            <w:tcW w:type="dxa" w:w="5103"/>
          </w:tcPr>
          <w:p>
            <w:pPr>
              <w:bidi w:val="1"/>
              <w:jc w:val="right"/>
            </w:pPr>
            <w:r/>
            <w:r>
              <w:rPr>
                <w:rFonts w:ascii="Arial" w:hAnsi="Arial" w:cs="Arial"/>
                <w:b w:val="0"/>
                <w:sz w:val="21"/>
                <w:rtl w:val="1"/>
                <w:szCs w:val="21"/>
              </w:rPr>
            </w:r>
          </w:p>
        </w:tc>
      </w:tr>
      <w:tr>
        <w:trPr>
          <w:trHeight w:val="510"/>
        </w:trPr>
        <w:tc>
          <w:tcPr>
            <w:tcW w:type="dxa" w:w="5103"/>
          </w:tcPr>
          <w:p>
            <w:pPr>
              <w:bidi w:val="1"/>
              <w:jc w:val="right"/>
            </w:pPr>
            <w:r/>
            <w:r>
              <w:rPr>
                <w:rFonts w:ascii="Arial" w:hAnsi="Arial" w:cs="Arial"/>
                <w:b w:val="0"/>
                <w:sz w:val="21"/>
                <w:rtl w:val="1"/>
                <w:szCs w:val="21"/>
              </w:rPr>
              <w:t>👫 לְכֻלָּם יֵשׁ חֲבֵרִים מֵהַגַּן. לְךָ/לָךְ עוֹד אֵין.</w:t>
            </w:r>
          </w:p>
        </w:tc>
        <w:tc>
          <w:tcPr>
            <w:tcW w:type="dxa" w:w="5103"/>
          </w:tcPr>
          <w:p>
            <w:pPr>
              <w:bidi w:val="1"/>
              <w:jc w:val="right"/>
            </w:pPr>
            <w:r/>
            <w:r>
              <w:rPr>
                <w:rFonts w:ascii="Arial" w:hAnsi="Arial" w:cs="Arial"/>
                <w:b w:val="0"/>
                <w:sz w:val="21"/>
                <w:rtl w:val="1"/>
                <w:szCs w:val="21"/>
              </w:rPr>
            </w:r>
          </w:p>
        </w:tc>
      </w:tr>
      <w:tr>
        <w:trPr>
          <w:trHeight w:val="510"/>
        </w:trPr>
        <w:tc>
          <w:tcPr>
            <w:tcW w:type="dxa" w:w="5103"/>
          </w:tcPr>
          <w:p>
            <w:pPr>
              <w:bidi w:val="1"/>
              <w:jc w:val="right"/>
            </w:pPr>
            <w:r/>
            <w:r>
              <w:rPr>
                <w:rFonts w:ascii="Arial" w:hAnsi="Arial" w:cs="Arial"/>
                <w:b w:val="0"/>
                <w:sz w:val="21"/>
                <w:rtl w:val="1"/>
                <w:szCs w:val="21"/>
              </w:rPr>
              <w:t>📝 הַמּוֹרָה אָמְרָה לְתַלְמִידָה אַחֶרֶת "כָּל הַכָּבוֹד".</w:t>
            </w:r>
          </w:p>
        </w:tc>
        <w:tc>
          <w:tcPr>
            <w:tcW w:type="dxa" w:w="5103"/>
          </w:tcPr>
          <w:p>
            <w:pPr>
              <w:bidi w:val="1"/>
              <w:jc w:val="right"/>
            </w:pPr>
            <w:r/>
            <w:r>
              <w:rPr>
                <w:rFonts w:ascii="Arial" w:hAnsi="Arial" w:cs="Arial"/>
                <w:b w:val="0"/>
                <w:sz w:val="21"/>
                <w:rtl w:val="1"/>
                <w:szCs w:val="21"/>
              </w:rPr>
            </w:r>
          </w:p>
        </w:tc>
      </w:tr>
    </w:tbl>
    <w:p/>
    <w:p>
      <w:pPr>
        <w:bidi w:val="1"/>
        <w:spacing w:after="80"/>
        <w:jc w:val="right"/>
      </w:pPr>
      <w:r>
        <w:rPr>
          <w:rFonts w:ascii="Arial" w:hAnsi="Arial" w:cs="Arial"/>
          <w:b w:val="0"/>
          <w:sz w:val="22"/>
          <w:rtl w:val="1"/>
          <w:szCs w:val="22"/>
        </w:rPr>
        <w:t>מָה עוֹשִׂים: 🫁 עוֹצְרִים וְנוֹשְׁמִים · 👏 מְפַרְגְּנִים · 🗣️ מְדַבְּרִים עִם מִישֶׁהוּ · 🌱 מִסְתַּכְּלִים עַל הָעֲרוּגָה שֶׁלִּי · 💭 "גַּם לִי יֵשׁ"</w:t>
      </w:r>
    </w:p>
    <w:p>
      <w:pPr>
        <w:bidi w:val="1"/>
        <w:spacing w:after="40"/>
        <w:jc w:val="right"/>
      </w:pPr>
      <w:r>
        <w:rPr>
          <w:rFonts w:ascii="Arial" w:hAnsi="Arial" w:cs="Arial"/>
          <w:b/>
          <w:color w:val="276749"/>
          <w:sz w:val="26"/>
          <w:rtl w:val="1"/>
          <w:szCs w:val="26"/>
          <w:bCs/>
        </w:rPr>
        <w:t>4. הַשְׁלִימוּ</w:t>
      </w:r>
    </w:p>
    <w:p>
      <w:pPr>
        <w:bidi w:val="1"/>
        <w:spacing w:after="80"/>
        <w:jc w:val="right"/>
      </w:pPr>
      <w:r>
        <w:rPr>
          <w:rFonts w:ascii="Arial" w:hAnsi="Arial" w:cs="Arial"/>
          <w:b w:val="0"/>
          <w:sz w:val="22"/>
          <w:rtl w:val="1"/>
          <w:szCs w:val="22"/>
        </w:rPr>
        <w:t>1. אֲנִי יוֹדֵעַ/ת לַעֲשׂוֹת טוֹב: ______________________</w:t>
      </w:r>
    </w:p>
    <w:p>
      <w:pPr>
        <w:bidi w:val="1"/>
        <w:spacing w:after="80"/>
        <w:jc w:val="right"/>
      </w:pPr>
      <w:r>
        <w:rPr>
          <w:rFonts w:ascii="Arial" w:hAnsi="Arial" w:cs="Arial"/>
          <w:b w:val="0"/>
          <w:sz w:val="22"/>
          <w:rtl w:val="1"/>
          <w:szCs w:val="22"/>
        </w:rPr>
        <w:t>2. אֲנִי מַרְגִּישׁ/ה קִנְאָה כְּשֶׁ: ______________________</w:t>
      </w:r>
    </w:p>
    <w:p>
      <w:pPr>
        <w:bidi w:val="1"/>
        <w:spacing w:after="80"/>
        <w:jc w:val="right"/>
      </w:pPr>
      <w:r>
        <w:rPr>
          <w:rFonts w:ascii="Arial" w:hAnsi="Arial" w:cs="Arial"/>
          <w:b w:val="0"/>
          <w:sz w:val="22"/>
          <w:rtl w:val="1"/>
          <w:szCs w:val="22"/>
        </w:rPr>
        <w:t>3. כְּשֶׁאֲנִי מְקַנֵּא/ת, אֲנִי יָכוֹל/ה: ______________________</w:t>
      </w:r>
    </w:p>
    <w:p>
      <w:pPr>
        <w:bidi w:val="1"/>
        <w:spacing w:after="80"/>
        <w:jc w:val="right"/>
      </w:pPr>
      <w:r>
        <w:rPr>
          <w:rFonts w:ascii="Arial" w:hAnsi="Arial" w:cs="Arial"/>
          <w:b w:val="0"/>
          <w:sz w:val="22"/>
          <w:rtl w:val="1"/>
          <w:szCs w:val="22"/>
        </w:rPr>
        <w:t>4. גַּם לִי יֵשׁ: ______________________</w:t>
      </w:r>
    </w:p>
    <w:sectPr w:rsidR="00FC693F" w:rsidRPr="0006063C" w:rsidSect="00034616">
      <w:footerReference w:type="default" r:id="rId9"/>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rFonts w:ascii="Arial" w:hAnsi="Arial" w:cs="Arial"/>
        <w:b w:val="0"/>
        <w:color w:val="666666"/>
        <w:sz w:val="17"/>
        <w:rtl w:val="1"/>
        <w:szCs w:val="17"/>
      </w:rPr>
      <w:t>יצרה: רוית ראש בן ישי · הערוגה שלי – מתבוננים על קנאה</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