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8504"/>
            <w:shd w:val="clear" w:fill="276749"/>
          </w:tcPr>
          <w:p>
            <w:pPr>
              <w:bidi w:val="1"/>
              <w:jc w:val="right"/>
            </w:pPr>
            <w:r>
              <w:rPr>
                <w:color w:val="FFFFFF"/>
              </w:rPr>
            </w:r>
            <w:r>
              <w:rPr>
                <w:rFonts w:ascii="Arial" w:hAnsi="Arial" w:cs="Arial"/>
                <w:b/>
                <w:color w:val="FFFFFF"/>
                <w:sz w:val="40"/>
                <w:rtl w:val="1"/>
                <w:szCs w:val="40"/>
                <w:bCs/>
              </w:rPr>
              <w:t>🌱 הערוגה שלי – דף עבודה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20"/>
                <w:rtl w:val="1"/>
                <w:szCs w:val="20"/>
              </w:rPr>
              <w:t>יסודי · מתבוננים על קנאה</w:t>
            </w:r>
          </w:p>
        </w:tc>
        <w:tc>
          <w:tcPr>
            <w:tcW w:type="dxa" w:w="1701"/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44444"/>
          <w:sz w:val="21"/>
          <w:rtl w:val="1"/>
          <w:szCs w:val="21"/>
        </w:rPr>
        <w:t>שם: 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fill="FEFCB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קנאה היא רגש שכולם מרגישים לפעמים. מותר להרגיש – והשאלה היא מה עושים עם זה.</w:t>
            </w:r>
          </w:p>
        </w:tc>
      </w:tr>
    </w:tbl>
    <w:p/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1. איפה אני מרגיש/ה קנאה בגוף?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צבעו באדום את המקומות בגוף שבהם הרגשתם קנאה, וכתבו ליד כל מקום מה הרגשתם (חום, לחץ, דופק מהיר, גוש בגרון…).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fill="E6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איפה בגוף?</w:t>
            </w:r>
          </w:p>
        </w:tc>
        <w:tc>
          <w:tcPr>
            <w:tcW w:type="dxa" w:w="5103"/>
            <w:shd w:val="clear" w:fill="E6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הרגשתי?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🧠 ראש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👀 עיניים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🗣️ גרון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💓 לב וחזה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🤢 בטן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✋ ידיים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🦵 רגליים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2. מד הקנאה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כמה חזקה הייתה הקנאה? הקיפו:  1   2   3   4   5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3. איזה עוד רגש היה שם? הקיפו: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😢 עצב   ·   😠 כעס   ·   😳 בושה   ·   😟 פחד   ·   😤 תסכול   ·   🥺 רצון חזק   ·   😔 בדידות   ·   🤩 השראה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4. מה אפשר לעשות? חברו כל מצב לדרך שתעזור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fill="E6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מצב</w:t>
            </w:r>
          </w:p>
        </w:tc>
        <w:tc>
          <w:tcPr>
            <w:tcW w:type="dxa" w:w="5103"/>
            <w:shd w:val="clear" w:fill="E6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אפשר לעשות? (כתבו או ציירו)</w:t>
            </w:r>
          </w:p>
        </w:tc>
      </w:tr>
      <w:tr>
        <w:trPr>
          <w:trHeight w:val="510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🚲 לחבר מהכיתה יש אופניים חדשים ונוצצים, ולך יש את האופניים הישנים של אחותך.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rPr>
          <w:trHeight w:val="510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📝 הילדה שיושבת לידך קיבלה מדבקת "כל הכבוד" על הציור, ואת/ה לא.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rPr>
          <w:trHeight w:val="510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👫 החבר הכי טוב שלך מתחיל לשחק הרבה עם ילד חדש בכיתה.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rPr>
          <w:trHeight w:val="510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📱 לכמה ילדים בכיתה כבר יש טלפון, ולך עוד לא.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דרכים לבחירה: 🫁 עוצרים ונושמים · 🏷️ נותנים שם לרגש · 🌱 מסתכלים על הערוגה שלי · 👏 מפרגנים · 🎯 הופכים קנאה למטרה · 🗣️ מדברים עם מישהו · 🔍 בודקים את התמונה המלאה · 💭 משפט מחזק לעצמי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5. הערוגה שלי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שתלו בערוגה: 🌻 חוזקה שלי · 🌷 משהו שאני מודה עליו · 🌳 מי שתומך/ת בי · 🍓 משהו שהצלחתי · 🌱 מה אני רוצה לגדל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rPr>
          <w:trHeight w:val="1587"/>
        </w:trP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🌱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🌱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🌱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rPr>
          <w:trHeight w:val="1587"/>
        </w:trP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🌱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🌱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🌱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rPr>
          <w:trHeight w:val="1587"/>
        </w:trP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🌱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🌱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🌱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6. פתק פרגון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כתבו פתק קצר לחבר/ה מהכיתה – משהו טוב שראיתם אצלו/ה השבוע: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fill="FFFFF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💭 משפט מחזק לעצמי: "גם לי יש ערוגה – ואני זה/זו שמשקה אותה."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b w:val="0"/>
        <w:color w:val="666666"/>
        <w:sz w:val="17"/>
        <w:rtl w:val="1"/>
        <w:szCs w:val="17"/>
      </w:rPr>
      <w:t>יצרה: רוית ראש בן ישי · הערוגה שלי – מתבוננים על קנאה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