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8504"/>
            <w:shd w:val="clear" w:fill="276749"/>
          </w:tcPr>
          <w:p>
            <w:pPr>
              <w:bidi w:val="1"/>
              <w:jc w:val="right"/>
            </w:pPr>
            <w:r>
              <w:rPr>
                <w:color w:val="FFFFFF"/>
              </w:rPr>
            </w:r>
            <w:r>
              <w:rPr>
                <w:rFonts w:ascii="Arial" w:hAnsi="Arial" w:cs="Arial"/>
                <w:b/>
                <w:color w:val="FFFFFF"/>
                <w:sz w:val="40"/>
                <w:rtl w:val="1"/>
                <w:szCs w:val="40"/>
                <w:bCs/>
              </w:rPr>
              <w:t>🎡 כרטיסי מצבים ודרכים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FFFFFF"/>
                <w:sz w:val="20"/>
                <w:rtl w:val="1"/>
                <w:szCs w:val="20"/>
              </w:rPr>
              <w:t>לגזירה · יסודי · חט״ב · חט״ע</w:t>
            </w:r>
          </w:p>
        </w:tc>
        <w:tc>
          <w:tcPr>
            <w:tcW w:type="dxa" w:w="1701"/>
          </w:tcPr>
          <w:p>
            <w:pPr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fill="FEFCB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איך משחקים: כל קבוצה שולפת כרטיס מצב, בוחרת כרטיס דרך שיכול לעזור ומסבירה למה. סבב שני: שולפים כרטיס דרך באקראי – איך גם הדרך הזו יכולה לעזור?</w:t>
            </w:r>
          </w:p>
        </w:tc>
      </w:tr>
    </w:tbl>
    <w:p/>
    <w:p>
      <w:pPr>
        <w:bidi w:val="1"/>
        <w:spacing w:after="40"/>
        <w:jc w:val="right"/>
      </w:pPr>
      <w:r>
        <w:rPr>
          <w:rFonts w:ascii="Arial" w:hAnsi="Arial" w:cs="Arial"/>
          <w:b/>
          <w:color w:val="276749"/>
          <w:sz w:val="26"/>
          <w:rtl w:val="1"/>
          <w:szCs w:val="26"/>
          <w:bCs/>
        </w:rPr>
        <w:t>🧭 8 כרטיסי דרכים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rPr>
          <w:trHeight w:val="2268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🫁  עוצרים ונושמים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שלוש נשימות איטיות לפני שעושים משהו. הגוף נרגע – והראש חוזר לחשוב (כמו הנשימה בעש״ן ד״ק).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🏷️  נותנים שם לרגש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אומרים בשקט לעצמנו: "אני מרגיש/ה עכשיו קנאה". רגש שיש לו שם – קטן קצת.</w:t>
            </w:r>
          </w:p>
        </w:tc>
      </w:tr>
      <w:tr>
        <w:trPr>
          <w:trHeight w:val="2268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🌱  מסתכלים על הערוגה שלי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מורידים את המשקפת מהאחרים ושואלים: מה כבר צומח אצלי? מה אני יודע/ת, אוהב/ת, מצליח/ה?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👏  מפרגנים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אומרים מילה טובה למי שהצליח/ה. פרגון מחבר אותנו – ומקטין את הקנאה.</w:t>
            </w:r>
          </w:p>
        </w:tc>
      </w:tr>
      <w:tr>
        <w:trPr>
          <w:trHeight w:val="2268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🎯  הופכים קנאה למטרה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שואלים: מה בדיוק אני רוצה? מה הצעד הראשון שלי? אפשר גם לבקש עצה ממי שכבר יודע/ת.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🗣️  מדברים עם מישהו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משתפים חבר/ה, הורה, מורה או יועצת. לא צריך להתמודד לבד (ערוץ החברה בגש״ר מאח״ד).</w:t>
            </w:r>
          </w:p>
        </w:tc>
      </w:tr>
      <w:tr>
        <w:trPr>
          <w:trHeight w:val="2268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🔍  בודקים את התמונה המלאה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שואלים: מה אני לא רואה? לכל אחד ואחת יש גם קשיים – הם פשוט לא תמיד בתמונה.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💭  משפט מחזק לעצמי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"גם לי יש דברים טובים", "אני בדרך שלי", "ההצלחה שלו/ה לא לוקחת ממני" (הד׳ – דיבור פנימי – בעש״ן ד״ק).</w:t>
            </w:r>
          </w:p>
        </w:tc>
      </w:tr>
    </w:tbl>
    <w:p/>
    <w:p>
      <w:pPr>
        <w:bidi w:val="1"/>
        <w:spacing w:after="40"/>
        <w:jc w:val="right"/>
      </w:pPr>
      <w:r>
        <w:rPr>
          <w:rFonts w:ascii="Arial" w:hAnsi="Arial" w:cs="Arial"/>
          <w:b/>
          <w:color w:val="276749"/>
          <w:sz w:val="26"/>
          <w:rtl w:val="1"/>
          <w:szCs w:val="26"/>
          <w:bCs/>
        </w:rPr>
        <w:t>🃏 כרטיסי מצבים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rPr>
          <w:trHeight w:val="2268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🚲  מצב · יסודי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לחבר מהכיתה יש אופניים חדשים ונוצצים, ולך יש את האופניים הישנים של אחותך.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📝  מצב · יסודי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הילדה שיושבת לידך קיבלה מדבקת "כל הכבוד" על הציור, ואת/ה לא.</w:t>
            </w:r>
          </w:p>
        </w:tc>
      </w:tr>
      <w:tr>
        <w:trPr>
          <w:trHeight w:val="2268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⚽  מצב · יסודי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בהפסקה כולם רוצים לשחק עם מי שמבקיע הכי הרבה גולים.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🎂  מצב · יסודי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לחברה הכי טובה שלך הייתה מסיבת יום הולדת ענקית עם קוסם.</w:t>
            </w:r>
          </w:p>
        </w:tc>
      </w:tr>
      <w:tr>
        <w:trPr>
          <w:trHeight w:val="2268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👫  מצב · יסודי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החבר הכי טוב שלך מתחיל לשחק הרבה עם ילד חדש בכיתה.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🎤  מצב · יסודי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המורה בחרה מישהו אחר לקרוא את הקטע בטקס.</w:t>
            </w:r>
          </w:p>
        </w:tc>
      </w:tr>
      <w:tr>
        <w:trPr>
          <w:trHeight w:val="2268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📱  מצב · יסודי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לכמה ילדים בכיתה כבר יש טלפון, ולך עוד לא.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🧮  מצב · יסודי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חברה פתרה את התרגיל הכי מהר, ואת/ה עוד חושב/ת.</w:t>
            </w:r>
          </w:p>
        </w:tc>
      </w:tr>
      <w:tr>
        <w:trPr>
          <w:trHeight w:val="2268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🎭  מצב · חט״ב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חבר/ה קיבל/ה את התפקיד הראשי בהצגה השכבתית – התפקיד שרצית.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📸  מצב · חט״ב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בקבוצת הכיתה עלו תמונות ממסיבה שלא הוזמנת אליה.</w:t>
            </w:r>
          </w:p>
        </w:tc>
      </w:tr>
      <w:tr>
        <w:trPr>
          <w:trHeight w:val="2268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👟  מצב · חט״ב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כולם מדברים על הנעליים החדשות של מישהי מהשכבה.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💬  מצב · חט״ב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החברה הכי טובה שלך התחילה לשבת עם קבוצה אחרת בהפסקות.</w:t>
            </w:r>
          </w:p>
        </w:tc>
      </w:tr>
      <w:tr>
        <w:trPr>
          <w:trHeight w:val="2268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🏀  מצב · חט״ב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שחקן חדש בנבחרת קיבל יותר דקות משחק ממך.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📊  מצב · חט״ב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קיבלת 82 ושמחת – עד ששמעת שכמעט כולם קיבלו מעל 90.</w:t>
            </w:r>
          </w:p>
        </w:tc>
      </w:tr>
      <w:tr>
        <w:trPr>
          <w:trHeight w:val="2268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🎨  מצב · חט״ב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ציור של תלמיד/ה אחר/ת נבחר לתלות במסדרון.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🎮  מצב · חט״ב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לשכן שלך יש קונסולה חדשה, וכל הבנים והבנות מתאספים אצלו.</w:t>
            </w:r>
          </w:p>
        </w:tc>
      </w:tr>
      <w:tr>
        <w:trPr>
          <w:trHeight w:val="2268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🎓  מצב · חט״ע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חברה התקבלה לתוכנית יוקרתית שאליה הגשת מועמדות ולא התקבלת.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✈️  מצב · חט״ע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בסטורי של בן כיתה – חופשה בחו״ל, ואת/ה במשמרת בעבודה.</w:t>
            </w:r>
          </w:p>
        </w:tc>
      </w:tr>
      <w:tr>
        <w:trPr>
          <w:trHeight w:val="2268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❤️  מצב · חט״ע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בן/בת הזוג שלך מבלה הרבה עם חבר/ה חדש/ה מהחוג.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📈  מצב · חט״ע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חבר/ה מהשכבה פתח/ה עסק קטן ברשת והוא מצליח מאוד.</w:t>
            </w:r>
          </w:p>
        </w:tc>
      </w:tr>
      <w:tr>
        <w:trPr>
          <w:trHeight w:val="2268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🗳️  מצב · חט״ע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נבחר/ה מישהו/י אחר/ת לייצג את השכבה במועצת התלמידים.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📚  מצב · חט״ע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כולם מספרים שכמעט לא למדו – וקיבלו ציון גבוה ממך.</w:t>
            </w:r>
          </w:p>
        </w:tc>
      </w:tr>
      <w:tr>
        <w:trPr>
          <w:trHeight w:val="2268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🎸  מצב · חט״ע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ללהקה של חבר/ה הציעו להופיע באירוע העירוני.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🏠  מצב · חט״ע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לחבר/ה יש חדר משלו/ה, ואת/ה חולק/ת חדר עם שני אחים.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b w:val="0"/>
        <w:color w:val="666666"/>
        <w:sz w:val="17"/>
        <w:rtl w:val="1"/>
        <w:szCs w:val="17"/>
      </w:rPr>
      <w:t>יצרה: רוית ראש בן ישי · הערוגה שלי – מתבוננים על קנאה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